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5" w:space="0" w:color="666666"/>
          <w:left w:val="single" w:sz="5" w:space="0" w:color="666666"/>
          <w:bottom w:val="single" w:sz="5" w:space="0" w:color="666666"/>
          <w:right w:val="single" w:sz="5" w:space="0" w:color="666666"/>
          <w:insideH w:val="single" w:sz="5" w:space="0" w:color="666666"/>
          <w:insideV w:val="single" w:sz="5" w:space="0" w:color="666666"/>
        </w:tblBorders>
        <w:tblLook w:val="04A0" w:firstRow="1" w:lastRow="0" w:firstColumn="1" w:lastColumn="0" w:noHBand="0" w:noVBand="1"/>
      </w:tblPr>
      <w:tblGrid>
        <w:gridCol w:w="1361"/>
        <w:gridCol w:w="4875"/>
        <w:gridCol w:w="4082"/>
      </w:tblGrid>
      <w:tr w:rsidR="00AE5757" w:rsidRPr="0042078B" w:rsidTr="0042078B">
        <w:trPr>
          <w:trHeight w:val="1264"/>
          <w:jc w:val="center"/>
        </w:trPr>
        <w:tc>
          <w:tcPr>
            <w:tcW w:w="1361" w:type="dxa"/>
          </w:tcPr>
          <w:p w:rsidR="00AE5757" w:rsidRPr="0042078B" w:rsidRDefault="0042078B">
            <w:pPr>
              <w:ind w:left="142"/>
              <w:jc w:val="center"/>
              <w:rPr>
                <w:sz w:val="20"/>
                <w:szCs w:val="20"/>
              </w:rPr>
            </w:pPr>
            <w:r w:rsidRPr="0042078B">
              <w:rPr>
                <w:rFonts w:ascii="Benguiat Bk BT" w:hAnsi="Benguiat Bk BT" w:cs="Benguiat Bk BT"/>
                <w:b/>
                <w:noProof/>
                <w:color w:val="25221E"/>
                <w:sz w:val="20"/>
                <w:szCs w:val="20"/>
                <w:lang w:val="ro-RO" w:eastAsia="ro-RO"/>
              </w:rPr>
              <w:drawing>
                <wp:inline distT="0" distB="0" distL="0" distR="0">
                  <wp:extent cx="582805" cy="783590"/>
                  <wp:effectExtent l="0" t="0" r="8255" b="0"/>
                  <wp:docPr id="2" name="Imagine 2" descr="800px-Coat_of_arms_of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800px-Coat_of_arms_of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181" cy="78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2" w:type="dxa"/>
            <w:vAlign w:val="center"/>
          </w:tcPr>
          <w:p w:rsidR="00AE5757" w:rsidRPr="0042078B" w:rsidRDefault="007A7B2E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b/>
                <w:sz w:val="20"/>
                <w:szCs w:val="20"/>
              </w:rPr>
              <w:t>JUDEȚUL BIHOR</w:t>
            </w:r>
            <w:r w:rsidRPr="0042078B">
              <w:rPr>
                <w:b/>
                <w:sz w:val="20"/>
                <w:szCs w:val="20"/>
              </w:rPr>
              <w:br/>
              <w:t>COMUNA BIHARIA</w:t>
            </w:r>
          </w:p>
        </w:tc>
        <w:tc>
          <w:tcPr>
            <w:tcW w:w="4082" w:type="dxa"/>
            <w:vAlign w:val="center"/>
          </w:tcPr>
          <w:p w:rsidR="00AE5757" w:rsidRPr="0042078B" w:rsidRDefault="0042078B" w:rsidP="007A7B2E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 xml:space="preserve">Cod de </w:t>
            </w:r>
            <w:proofErr w:type="spellStart"/>
            <w:r w:rsidRPr="0042078B">
              <w:rPr>
                <w:sz w:val="20"/>
                <w:szCs w:val="20"/>
              </w:rPr>
              <w:t>ide</w:t>
            </w:r>
            <w:r w:rsidR="007A7B2E" w:rsidRPr="0042078B">
              <w:rPr>
                <w:sz w:val="20"/>
                <w:szCs w:val="20"/>
              </w:rPr>
              <w:t>ntificare</w:t>
            </w:r>
            <w:proofErr w:type="spellEnd"/>
            <w:r w:rsidR="007A7B2E" w:rsidRPr="0042078B">
              <w:rPr>
                <w:sz w:val="20"/>
                <w:szCs w:val="20"/>
              </w:rPr>
              <w:t xml:space="preserve"> </w:t>
            </w:r>
            <w:proofErr w:type="spellStart"/>
            <w:r w:rsidR="007A7B2E" w:rsidRPr="0042078B">
              <w:rPr>
                <w:sz w:val="20"/>
                <w:szCs w:val="20"/>
              </w:rPr>
              <w:t>fiscală</w:t>
            </w:r>
            <w:proofErr w:type="spellEnd"/>
            <w:r w:rsidR="007A7B2E" w:rsidRPr="0042078B">
              <w:rPr>
                <w:sz w:val="20"/>
                <w:szCs w:val="20"/>
              </w:rPr>
              <w:t xml:space="preserve"> (CIF): 4820305</w:t>
            </w:r>
            <w:r w:rsidRPr="0042078B">
              <w:rPr>
                <w:sz w:val="20"/>
                <w:szCs w:val="20"/>
              </w:rPr>
              <w:br/>
            </w:r>
            <w:proofErr w:type="spellStart"/>
            <w:r w:rsidRPr="0042078B">
              <w:rPr>
                <w:sz w:val="20"/>
                <w:szCs w:val="20"/>
              </w:rPr>
              <w:t>Adresa</w:t>
            </w:r>
            <w:proofErr w:type="spellEnd"/>
            <w:r w:rsidRPr="0042078B">
              <w:rPr>
                <w:sz w:val="20"/>
                <w:szCs w:val="20"/>
              </w:rPr>
              <w:t xml:space="preserve">: </w:t>
            </w:r>
            <w:proofErr w:type="spellStart"/>
            <w:r w:rsidR="007A7B2E" w:rsidRPr="0042078B">
              <w:rPr>
                <w:sz w:val="20"/>
                <w:szCs w:val="20"/>
              </w:rPr>
              <w:t>str</w:t>
            </w:r>
            <w:proofErr w:type="spellEnd"/>
            <w:r w:rsidR="007A7B2E" w:rsidRPr="0042078B">
              <w:rPr>
                <w:sz w:val="20"/>
                <w:szCs w:val="20"/>
              </w:rPr>
              <w:t xml:space="preserve"> </w:t>
            </w:r>
            <w:proofErr w:type="spellStart"/>
            <w:r w:rsidR="007A7B2E" w:rsidRPr="0042078B">
              <w:rPr>
                <w:sz w:val="20"/>
                <w:szCs w:val="20"/>
              </w:rPr>
              <w:t>Cetății</w:t>
            </w:r>
            <w:proofErr w:type="spellEnd"/>
            <w:r w:rsidRPr="0042078B">
              <w:rPr>
                <w:sz w:val="20"/>
                <w:szCs w:val="20"/>
              </w:rPr>
              <w:t xml:space="preserve">, </w:t>
            </w:r>
            <w:proofErr w:type="spellStart"/>
            <w:r w:rsidRPr="0042078B">
              <w:rPr>
                <w:sz w:val="20"/>
                <w:szCs w:val="20"/>
              </w:rPr>
              <w:t>nr</w:t>
            </w:r>
            <w:proofErr w:type="spellEnd"/>
            <w:r w:rsidRPr="0042078B">
              <w:rPr>
                <w:sz w:val="20"/>
                <w:szCs w:val="20"/>
              </w:rPr>
              <w:t xml:space="preserve">. </w:t>
            </w:r>
            <w:r w:rsidR="007A7B2E" w:rsidRPr="0042078B">
              <w:rPr>
                <w:sz w:val="20"/>
                <w:szCs w:val="20"/>
              </w:rPr>
              <w:t>12</w:t>
            </w:r>
            <w:r w:rsidRPr="0042078B">
              <w:rPr>
                <w:sz w:val="20"/>
                <w:szCs w:val="20"/>
              </w:rPr>
              <w:t xml:space="preserve">, Sat </w:t>
            </w:r>
            <w:proofErr w:type="spellStart"/>
            <w:r w:rsidRPr="0042078B">
              <w:rPr>
                <w:sz w:val="20"/>
                <w:szCs w:val="20"/>
              </w:rPr>
              <w:t>B</w:t>
            </w:r>
            <w:r w:rsidR="007A7B2E" w:rsidRPr="0042078B">
              <w:rPr>
                <w:sz w:val="20"/>
                <w:szCs w:val="20"/>
              </w:rPr>
              <w:t>iharia</w:t>
            </w:r>
            <w:proofErr w:type="spellEnd"/>
            <w:r w:rsidRPr="0042078B">
              <w:rPr>
                <w:sz w:val="20"/>
                <w:szCs w:val="20"/>
              </w:rPr>
              <w:t xml:space="preserve">, Com. </w:t>
            </w:r>
            <w:proofErr w:type="spellStart"/>
            <w:r w:rsidRPr="0042078B">
              <w:rPr>
                <w:sz w:val="20"/>
                <w:szCs w:val="20"/>
              </w:rPr>
              <w:t>B</w:t>
            </w:r>
            <w:r w:rsidR="007A7B2E" w:rsidRPr="0042078B">
              <w:rPr>
                <w:sz w:val="20"/>
                <w:szCs w:val="20"/>
              </w:rPr>
              <w:t>iharia</w:t>
            </w:r>
            <w:proofErr w:type="spellEnd"/>
            <w:r w:rsidRPr="0042078B">
              <w:rPr>
                <w:sz w:val="20"/>
                <w:szCs w:val="20"/>
              </w:rPr>
              <w:t xml:space="preserve">, </w:t>
            </w:r>
            <w:proofErr w:type="spellStart"/>
            <w:r w:rsidRPr="0042078B">
              <w:rPr>
                <w:sz w:val="20"/>
                <w:szCs w:val="20"/>
              </w:rPr>
              <w:t>jud</w:t>
            </w:r>
            <w:proofErr w:type="spellEnd"/>
            <w:r w:rsidRPr="0042078B">
              <w:rPr>
                <w:sz w:val="20"/>
                <w:szCs w:val="20"/>
              </w:rPr>
              <w:t xml:space="preserve">. </w:t>
            </w:r>
            <w:r w:rsidR="007A7B2E" w:rsidRPr="0042078B">
              <w:rPr>
                <w:sz w:val="20"/>
                <w:szCs w:val="20"/>
              </w:rPr>
              <w:t xml:space="preserve">Bihor Tel: </w:t>
            </w:r>
            <w:r w:rsidRPr="0042078B">
              <w:rPr>
                <w:sz w:val="20"/>
                <w:szCs w:val="20"/>
              </w:rPr>
              <w:t>0</w:t>
            </w:r>
            <w:r w:rsidR="007A7B2E" w:rsidRPr="0042078B">
              <w:rPr>
                <w:sz w:val="20"/>
                <w:szCs w:val="20"/>
              </w:rPr>
              <w:t>259</w:t>
            </w:r>
            <w:r w:rsidRPr="0042078B">
              <w:rPr>
                <w:sz w:val="20"/>
                <w:szCs w:val="20"/>
              </w:rPr>
              <w:t>-</w:t>
            </w:r>
            <w:r w:rsidR="007A7B2E" w:rsidRPr="0042078B">
              <w:rPr>
                <w:sz w:val="20"/>
                <w:szCs w:val="20"/>
              </w:rPr>
              <w:t>369701</w:t>
            </w:r>
            <w:r w:rsidR="007A7B2E" w:rsidRPr="0042078B">
              <w:rPr>
                <w:sz w:val="20"/>
                <w:szCs w:val="20"/>
              </w:rPr>
              <w:br/>
              <w:t>e-mail: secretariat@comunabiharia</w:t>
            </w:r>
            <w:r w:rsidRPr="0042078B">
              <w:rPr>
                <w:sz w:val="20"/>
                <w:szCs w:val="20"/>
              </w:rPr>
              <w:t>.ro</w:t>
            </w:r>
          </w:p>
        </w:tc>
      </w:tr>
      <w:tr w:rsidR="00AE5757" w:rsidRPr="0042078B" w:rsidTr="00A5276A">
        <w:trPr>
          <w:trHeight w:val="341"/>
          <w:jc w:val="center"/>
        </w:trPr>
        <w:tc>
          <w:tcPr>
            <w:tcW w:w="6236" w:type="dxa"/>
            <w:gridSpan w:val="2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proofErr w:type="spellStart"/>
            <w:r w:rsidRPr="0042078B">
              <w:rPr>
                <w:sz w:val="20"/>
                <w:szCs w:val="20"/>
              </w:rPr>
              <w:t>Număr</w:t>
            </w:r>
            <w:proofErr w:type="spellEnd"/>
            <w:r w:rsidRPr="0042078B">
              <w:rPr>
                <w:sz w:val="20"/>
                <w:szCs w:val="20"/>
              </w:rPr>
              <w:t xml:space="preserve"> de </w:t>
            </w:r>
            <w:proofErr w:type="spellStart"/>
            <w:r w:rsidRPr="0042078B">
              <w:rPr>
                <w:sz w:val="20"/>
                <w:szCs w:val="20"/>
              </w:rPr>
              <w:t>înregistrare</w:t>
            </w:r>
            <w:proofErr w:type="spellEnd"/>
            <w:proofErr w:type="gramStart"/>
            <w:r w:rsidRPr="0042078B">
              <w:rPr>
                <w:sz w:val="20"/>
                <w:szCs w:val="20"/>
              </w:rPr>
              <w:t>:………………………………</w:t>
            </w:r>
            <w:proofErr w:type="gramEnd"/>
          </w:p>
        </w:tc>
        <w:tc>
          <w:tcPr>
            <w:tcW w:w="3288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Data: …………/…………../ 2026</w:t>
            </w:r>
          </w:p>
        </w:tc>
        <w:bookmarkStart w:id="0" w:name="_GoBack"/>
        <w:bookmarkEnd w:id="0"/>
      </w:tr>
    </w:tbl>
    <w:p w:rsidR="00AE5757" w:rsidRPr="0042078B" w:rsidRDefault="0042078B">
      <w:pPr>
        <w:spacing w:after="40"/>
        <w:ind w:left="142"/>
        <w:rPr>
          <w:szCs w:val="16"/>
        </w:rPr>
      </w:pPr>
      <w:proofErr w:type="gramStart"/>
      <w:r w:rsidRPr="0042078B">
        <w:rPr>
          <w:i/>
          <w:szCs w:val="16"/>
        </w:rPr>
        <w:t>se</w:t>
      </w:r>
      <w:proofErr w:type="gramEnd"/>
      <w:r w:rsidRPr="0042078B">
        <w:rPr>
          <w:i/>
          <w:szCs w:val="16"/>
        </w:rPr>
        <w:t xml:space="preserve"> </w:t>
      </w:r>
      <w:proofErr w:type="spellStart"/>
      <w:r w:rsidRPr="0042078B">
        <w:rPr>
          <w:i/>
          <w:szCs w:val="16"/>
        </w:rPr>
        <w:t>completează</w:t>
      </w:r>
      <w:proofErr w:type="spellEnd"/>
      <w:r w:rsidRPr="0042078B">
        <w:rPr>
          <w:i/>
          <w:szCs w:val="16"/>
        </w:rPr>
        <w:t xml:space="preserve"> de </w:t>
      </w:r>
      <w:proofErr w:type="spellStart"/>
      <w:r w:rsidRPr="0042078B">
        <w:rPr>
          <w:i/>
          <w:szCs w:val="16"/>
        </w:rPr>
        <w:t>autoritate</w:t>
      </w:r>
      <w:proofErr w:type="spellEnd"/>
      <w:r w:rsidRPr="0042078B">
        <w:rPr>
          <w:i/>
          <w:szCs w:val="16"/>
        </w:rPr>
        <w:t xml:space="preserve"> — solicitantul nu scrie în această zonă</w:t>
      </w:r>
    </w:p>
    <w:p w:rsidR="00AE5757" w:rsidRPr="0042078B" w:rsidRDefault="0042078B">
      <w:pPr>
        <w:spacing w:after="60"/>
        <w:ind w:left="142"/>
        <w:jc w:val="center"/>
        <w:rPr>
          <w:sz w:val="24"/>
          <w:szCs w:val="24"/>
        </w:rPr>
      </w:pPr>
      <w:r w:rsidRPr="0042078B">
        <w:rPr>
          <w:b/>
          <w:sz w:val="24"/>
          <w:szCs w:val="24"/>
        </w:rPr>
        <w:t>CERERE</w:t>
      </w:r>
    </w:p>
    <w:tbl>
      <w:tblPr>
        <w:tblW w:w="0" w:type="auto"/>
        <w:tblInd w:w="10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10762"/>
      </w:tblGrid>
      <w:tr w:rsidR="00AE5757" w:rsidRPr="0042078B" w:rsidTr="0042078B">
        <w:tc>
          <w:tcPr>
            <w:tcW w:w="10772" w:type="dxa"/>
            <w:shd w:val="clear" w:color="auto" w:fill="E7E7E7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b/>
                <w:sz w:val="20"/>
                <w:szCs w:val="20"/>
              </w:rPr>
              <w:t>1. CĂTRE</w:t>
            </w:r>
          </w:p>
        </w:tc>
      </w:tr>
      <w:tr w:rsidR="00AE5757" w:rsidRPr="0042078B" w:rsidTr="0042078B">
        <w:tc>
          <w:tcPr>
            <w:tcW w:w="10772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Instituția</w:t>
            </w:r>
            <w:r w:rsidRPr="00494290">
              <w:rPr>
                <w:szCs w:val="16"/>
              </w:rPr>
              <w:br/>
              <w:t>primăria municipiului / orașului / comunei · primăria de sector · consiliul județean</w:t>
            </w:r>
          </w:p>
        </w:tc>
      </w:tr>
      <w:tr w:rsidR="00AE5757" w:rsidRPr="0042078B" w:rsidTr="0042078B">
        <w:tc>
          <w:tcPr>
            <w:tcW w:w="10772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  <w:tr w:rsidR="00AE5757" w:rsidRPr="0042078B" w:rsidTr="0042078B">
        <w:tc>
          <w:tcPr>
            <w:tcW w:w="10772" w:type="dxa"/>
            <w:shd w:val="clear" w:color="auto" w:fill="E7E7E7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b/>
                <w:sz w:val="20"/>
                <w:szCs w:val="20"/>
              </w:rPr>
              <w:t>2. SOLICITANTUL</w:t>
            </w:r>
          </w:p>
        </w:tc>
      </w:tr>
      <w:tr w:rsidR="00AE5757" w:rsidRPr="0042078B" w:rsidTr="0042078B">
        <w:tc>
          <w:tcPr>
            <w:tcW w:w="10772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Nume și prenume                                                                 CNP</w:t>
            </w:r>
          </w:p>
        </w:tc>
      </w:tr>
      <w:tr w:rsidR="00AE5757" w:rsidRPr="0042078B" w:rsidTr="0042078B">
        <w:tc>
          <w:tcPr>
            <w:tcW w:w="10772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Act de identitate</w:t>
            </w:r>
            <w:r w:rsidRPr="0042078B">
              <w:rPr>
                <w:sz w:val="20"/>
                <w:szCs w:val="20"/>
              </w:rPr>
              <w:br/>
              <w:t>Seria                         Numărul                         Eliberat de                                      La data</w:t>
            </w:r>
          </w:p>
        </w:tc>
      </w:tr>
      <w:tr w:rsidR="00AE5757" w:rsidRPr="0042078B" w:rsidTr="0042078B">
        <w:tc>
          <w:tcPr>
            <w:tcW w:w="10772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Domiciliul</w:t>
            </w:r>
            <w:r w:rsidRPr="0042078B">
              <w:rPr>
                <w:sz w:val="20"/>
                <w:szCs w:val="20"/>
              </w:rPr>
              <w:br/>
              <w:t>Județul                         Municipiul / orașul / comuna                         Satul / sectorul</w:t>
            </w:r>
          </w:p>
        </w:tc>
      </w:tr>
      <w:tr w:rsidR="00AE5757" w:rsidRPr="0042078B" w:rsidTr="0042078B">
        <w:tc>
          <w:tcPr>
            <w:tcW w:w="10772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Strada                 Nr.        Sc.       Et.       Ap.        Cod poștal                 Țara</w:t>
            </w:r>
          </w:p>
        </w:tc>
      </w:tr>
      <w:tr w:rsidR="00AE5757" w:rsidRPr="0042078B" w:rsidTr="0042078B">
        <w:tc>
          <w:tcPr>
            <w:tcW w:w="10772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Date de contact</w:t>
            </w:r>
            <w:r w:rsidRPr="0042078B">
              <w:rPr>
                <w:sz w:val="20"/>
                <w:szCs w:val="20"/>
              </w:rPr>
              <w:br/>
              <w:t>Telefon / fax                                      E-mail</w:t>
            </w:r>
          </w:p>
        </w:tc>
      </w:tr>
      <w:tr w:rsidR="00AE5757" w:rsidRPr="0042078B" w:rsidTr="0042078B">
        <w:tc>
          <w:tcPr>
            <w:tcW w:w="10772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Reprezentare</w:t>
            </w:r>
            <w:r w:rsidRPr="0042078B">
              <w:rPr>
                <w:sz w:val="20"/>
                <w:szCs w:val="20"/>
              </w:rPr>
              <w:br/>
              <w:t>În calitate de reprezentant al                                      CUI / CIF</w:t>
            </w:r>
          </w:p>
        </w:tc>
      </w:tr>
      <w:tr w:rsidR="00AE5757" w:rsidRPr="0042078B" w:rsidTr="0042078B">
        <w:tc>
          <w:tcPr>
            <w:tcW w:w="10772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☐ titular al dreptului de proprietate     ☐ împuternicit al titularului</w:t>
            </w:r>
          </w:p>
        </w:tc>
      </w:tr>
    </w:tbl>
    <w:p w:rsidR="00AE5757" w:rsidRPr="0042078B" w:rsidRDefault="0042078B">
      <w:pPr>
        <w:spacing w:before="40" w:after="40"/>
        <w:ind w:left="142"/>
        <w:jc w:val="center"/>
        <w:rPr>
          <w:sz w:val="20"/>
          <w:szCs w:val="20"/>
        </w:rPr>
      </w:pPr>
      <w:proofErr w:type="spellStart"/>
      <w:proofErr w:type="gramStart"/>
      <w:r w:rsidRPr="0042078B">
        <w:rPr>
          <w:sz w:val="20"/>
          <w:szCs w:val="20"/>
        </w:rPr>
        <w:t>în</w:t>
      </w:r>
      <w:proofErr w:type="spellEnd"/>
      <w:proofErr w:type="gramEnd"/>
      <w:r w:rsidRPr="0042078B">
        <w:rPr>
          <w:sz w:val="20"/>
          <w:szCs w:val="20"/>
        </w:rPr>
        <w:t xml:space="preserve"> </w:t>
      </w:r>
      <w:proofErr w:type="spellStart"/>
      <w:r w:rsidRPr="0042078B">
        <w:rPr>
          <w:sz w:val="20"/>
          <w:szCs w:val="20"/>
        </w:rPr>
        <w:t>conformitate</w:t>
      </w:r>
      <w:proofErr w:type="spellEnd"/>
      <w:r w:rsidRPr="0042078B">
        <w:rPr>
          <w:sz w:val="20"/>
          <w:szCs w:val="20"/>
        </w:rPr>
        <w:t xml:space="preserve"> cu </w:t>
      </w:r>
      <w:proofErr w:type="spellStart"/>
      <w:r w:rsidRPr="0042078B">
        <w:rPr>
          <w:sz w:val="20"/>
          <w:szCs w:val="20"/>
        </w:rPr>
        <w:t>prevederile</w:t>
      </w:r>
      <w:proofErr w:type="spellEnd"/>
      <w:r w:rsidRPr="0042078B">
        <w:rPr>
          <w:sz w:val="20"/>
          <w:szCs w:val="20"/>
        </w:rPr>
        <w:t xml:space="preserve"> Legii nr. 169/2026 </w:t>
      </w:r>
      <w:proofErr w:type="spellStart"/>
      <w:r w:rsidRPr="0042078B">
        <w:rPr>
          <w:sz w:val="20"/>
          <w:szCs w:val="20"/>
        </w:rPr>
        <w:t>privind</w:t>
      </w:r>
      <w:proofErr w:type="spellEnd"/>
      <w:r w:rsidRPr="0042078B">
        <w:rPr>
          <w:sz w:val="20"/>
          <w:szCs w:val="20"/>
        </w:rPr>
        <w:t xml:space="preserve"> </w:t>
      </w:r>
      <w:proofErr w:type="spellStart"/>
      <w:r w:rsidRPr="0042078B">
        <w:rPr>
          <w:sz w:val="20"/>
          <w:szCs w:val="20"/>
        </w:rPr>
        <w:t>Codul</w:t>
      </w:r>
      <w:proofErr w:type="spellEnd"/>
      <w:r w:rsidRPr="0042078B">
        <w:rPr>
          <w:sz w:val="20"/>
          <w:szCs w:val="20"/>
        </w:rPr>
        <w:t xml:space="preserve"> </w:t>
      </w:r>
      <w:proofErr w:type="spellStart"/>
      <w:r w:rsidRPr="0042078B">
        <w:rPr>
          <w:sz w:val="20"/>
          <w:szCs w:val="20"/>
        </w:rPr>
        <w:t>amenajării</w:t>
      </w:r>
      <w:proofErr w:type="spellEnd"/>
      <w:r w:rsidRPr="0042078B">
        <w:rPr>
          <w:sz w:val="20"/>
          <w:szCs w:val="20"/>
        </w:rPr>
        <w:t xml:space="preserve"> </w:t>
      </w:r>
      <w:proofErr w:type="spellStart"/>
      <w:r w:rsidRPr="0042078B">
        <w:rPr>
          <w:sz w:val="20"/>
          <w:szCs w:val="20"/>
        </w:rPr>
        <w:t>teritoriului</w:t>
      </w:r>
      <w:proofErr w:type="spellEnd"/>
      <w:r w:rsidRPr="0042078B">
        <w:rPr>
          <w:sz w:val="20"/>
          <w:szCs w:val="20"/>
        </w:rPr>
        <w:t xml:space="preserve">, </w:t>
      </w:r>
      <w:proofErr w:type="spellStart"/>
      <w:r w:rsidRPr="0042078B">
        <w:rPr>
          <w:sz w:val="20"/>
          <w:szCs w:val="20"/>
        </w:rPr>
        <w:t>urbanismului</w:t>
      </w:r>
      <w:proofErr w:type="spellEnd"/>
      <w:r w:rsidRPr="0042078B">
        <w:rPr>
          <w:sz w:val="20"/>
          <w:szCs w:val="20"/>
        </w:rPr>
        <w:t xml:space="preserve"> </w:t>
      </w:r>
      <w:proofErr w:type="spellStart"/>
      <w:r w:rsidRPr="0042078B">
        <w:rPr>
          <w:sz w:val="20"/>
          <w:szCs w:val="20"/>
        </w:rPr>
        <w:t>și</w:t>
      </w:r>
      <w:proofErr w:type="spellEnd"/>
      <w:r w:rsidRPr="0042078B">
        <w:rPr>
          <w:sz w:val="20"/>
          <w:szCs w:val="20"/>
        </w:rPr>
        <w:t xml:space="preserve"> </w:t>
      </w:r>
      <w:proofErr w:type="spellStart"/>
      <w:r w:rsidRPr="0042078B">
        <w:rPr>
          <w:sz w:val="20"/>
          <w:szCs w:val="20"/>
        </w:rPr>
        <w:t>construcțiilor</w:t>
      </w:r>
      <w:proofErr w:type="spellEnd"/>
      <w:r w:rsidRPr="0042078B">
        <w:rPr>
          <w:sz w:val="20"/>
          <w:szCs w:val="20"/>
        </w:rPr>
        <w:t xml:space="preserve">, solicit </w:t>
      </w:r>
      <w:proofErr w:type="spellStart"/>
      <w:r w:rsidRPr="0042078B">
        <w:rPr>
          <w:sz w:val="20"/>
          <w:szCs w:val="20"/>
        </w:rPr>
        <w:t>emiterea</w:t>
      </w:r>
      <w:proofErr w:type="spellEnd"/>
    </w:p>
    <w:p w:rsidR="00AE5757" w:rsidRPr="0042078B" w:rsidRDefault="0042078B">
      <w:pPr>
        <w:spacing w:after="20"/>
        <w:ind w:left="142"/>
        <w:jc w:val="center"/>
        <w:rPr>
          <w:sz w:val="20"/>
          <w:szCs w:val="20"/>
        </w:rPr>
      </w:pPr>
      <w:r w:rsidRPr="0042078B">
        <w:rPr>
          <w:b/>
          <w:sz w:val="20"/>
          <w:szCs w:val="20"/>
        </w:rPr>
        <w:t>CERTIFICATUL DE URBANISM</w:t>
      </w:r>
    </w:p>
    <w:p w:rsidR="00AE5757" w:rsidRPr="0042078B" w:rsidRDefault="0042078B">
      <w:pPr>
        <w:spacing w:after="20"/>
        <w:ind w:left="142"/>
        <w:jc w:val="center"/>
        <w:rPr>
          <w:sz w:val="20"/>
          <w:szCs w:val="20"/>
        </w:rPr>
      </w:pPr>
      <w:r w:rsidRPr="0042078B">
        <w:rPr>
          <w:b/>
          <w:sz w:val="20"/>
          <w:szCs w:val="20"/>
        </w:rPr>
        <w:t>PENTRU OPERAȚIUNI URBANISTICE</w:t>
      </w:r>
    </w:p>
    <w:tbl>
      <w:tblPr>
        <w:tblW w:w="0" w:type="auto"/>
        <w:tblInd w:w="10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3591"/>
        <w:gridCol w:w="3585"/>
        <w:gridCol w:w="3586"/>
      </w:tblGrid>
      <w:tr w:rsidR="00AE5757" w:rsidRPr="0042078B" w:rsidTr="0042078B">
        <w:tc>
          <w:tcPr>
            <w:tcW w:w="10881" w:type="dxa"/>
            <w:gridSpan w:val="3"/>
            <w:shd w:val="clear" w:color="auto" w:fill="E7E7E7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b/>
                <w:sz w:val="20"/>
                <w:szCs w:val="20"/>
              </w:rPr>
              <w:t>3. ÎN VEDEREA REALIZĂRII OPERAȚIUNII CADASTRALE :</w:t>
            </w:r>
          </w:p>
        </w:tc>
      </w:tr>
      <w:tr w:rsidR="00AE5757" w:rsidRPr="0042078B" w:rsidTr="0042078B">
        <w:tc>
          <w:tcPr>
            <w:tcW w:w="10881" w:type="dxa"/>
            <w:gridSpan w:val="3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☐ parcelare     ☐ reconfigurarea parcelarului     ☐ regenerarea urbană     ☐ restructurarea urbană</w:t>
            </w:r>
          </w:p>
        </w:tc>
      </w:tr>
      <w:tr w:rsidR="00AE5757" w:rsidRPr="0042078B" w:rsidTr="0042078B">
        <w:tc>
          <w:tcPr>
            <w:tcW w:w="10881" w:type="dxa"/>
            <w:gridSpan w:val="3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Descrierea operațiunii cadastrale propuse :</w:t>
            </w:r>
            <w:r w:rsidRPr="0042078B">
              <w:rPr>
                <w:sz w:val="20"/>
                <w:szCs w:val="20"/>
              </w:rPr>
              <w:br/>
            </w:r>
            <w:r w:rsidRPr="0042078B">
              <w:rPr>
                <w:sz w:val="20"/>
                <w:szCs w:val="20"/>
              </w:rPr>
              <w:br/>
            </w:r>
            <w:r w:rsidRPr="0042078B">
              <w:rPr>
                <w:sz w:val="20"/>
                <w:szCs w:val="20"/>
              </w:rPr>
              <w:br/>
            </w:r>
          </w:p>
        </w:tc>
      </w:tr>
      <w:tr w:rsidR="00AE5757" w:rsidRPr="0042078B" w:rsidTr="0042078B">
        <w:tc>
          <w:tcPr>
            <w:tcW w:w="10881" w:type="dxa"/>
            <w:gridSpan w:val="3"/>
            <w:shd w:val="clear" w:color="auto" w:fill="E7E7E7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b/>
                <w:sz w:val="20"/>
                <w:szCs w:val="20"/>
              </w:rPr>
              <w:t>4. IMOBILUL</w:t>
            </w:r>
          </w:p>
        </w:tc>
      </w:tr>
      <w:tr w:rsidR="00AE5757" w:rsidRPr="0042078B" w:rsidTr="0042078B">
        <w:tc>
          <w:tcPr>
            <w:tcW w:w="10881" w:type="dxa"/>
            <w:gridSpan w:val="3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☐ teren       ☐ construcții          Județ                         Municipiu / oraș / comună                         Sat / sector</w:t>
            </w:r>
          </w:p>
        </w:tc>
      </w:tr>
      <w:tr w:rsidR="00AE5757" w:rsidRPr="0042078B" w:rsidTr="0042078B">
        <w:tc>
          <w:tcPr>
            <w:tcW w:w="10881" w:type="dxa"/>
            <w:gridSpan w:val="3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Cod poștal                         Strada                         Nr.                         Bl. / sc. / et. / ap.</w:t>
            </w:r>
          </w:p>
        </w:tc>
      </w:tr>
      <w:tr w:rsidR="00AE5757" w:rsidRPr="0042078B" w:rsidTr="0042078B">
        <w:tc>
          <w:tcPr>
            <w:tcW w:w="10881" w:type="dxa"/>
            <w:gridSpan w:val="3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Număr cadastral (dacă imobilul e înscris în e-Terra)                                      Carte funciară nr.</w:t>
            </w:r>
          </w:p>
        </w:tc>
      </w:tr>
      <w:tr w:rsidR="00AE5757" w:rsidRPr="0042078B" w:rsidTr="0042078B">
        <w:tc>
          <w:tcPr>
            <w:tcW w:w="10881" w:type="dxa"/>
            <w:gridSpan w:val="3"/>
            <w:shd w:val="clear" w:color="auto" w:fill="E7E7E7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b/>
                <w:sz w:val="20"/>
                <w:szCs w:val="20"/>
              </w:rPr>
              <w:t>5. SE ANEXEAZĂ</w:t>
            </w:r>
          </w:p>
        </w:tc>
      </w:tr>
      <w:tr w:rsidR="00AE5757" w:rsidRPr="0042078B" w:rsidTr="0042078B">
        <w:tc>
          <w:tcPr>
            <w:tcW w:w="10881" w:type="dxa"/>
            <w:gridSpan w:val="3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☐ documentația cadastrală                         ☐ plan cu o propunere de parcelare</w:t>
            </w:r>
          </w:p>
        </w:tc>
      </w:tr>
      <w:tr w:rsidR="00AE5757" w:rsidRPr="0042078B" w:rsidTr="0042078B">
        <w:tc>
          <w:tcPr>
            <w:tcW w:w="10881" w:type="dxa"/>
            <w:gridSpan w:val="3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☐ extras de carte funciară actualizat          ☐ plan de încadrare în zonă în sistem Stereo 70          ☐ împuternicirea, dacă este cazul</w:t>
            </w:r>
          </w:p>
        </w:tc>
      </w:tr>
      <w:tr w:rsidR="00AE5757" w:rsidRPr="0042078B" w:rsidTr="0042078B">
        <w:tc>
          <w:tcPr>
            <w:tcW w:w="10881" w:type="dxa"/>
            <w:gridSpan w:val="3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☐ dovada achitării taxei</w:t>
            </w:r>
          </w:p>
        </w:tc>
      </w:tr>
      <w:tr w:rsidR="00AE5757" w:rsidRPr="0042078B" w:rsidTr="0042078B">
        <w:tc>
          <w:tcPr>
            <w:tcW w:w="10881" w:type="dxa"/>
            <w:gridSpan w:val="3"/>
            <w:shd w:val="clear" w:color="auto" w:fill="E7E7E7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b/>
                <w:sz w:val="20"/>
                <w:szCs w:val="20"/>
              </w:rPr>
              <w:t>6. COMUNICAREA RĂSPUNSULUI</w:t>
            </w:r>
          </w:p>
        </w:tc>
      </w:tr>
      <w:tr w:rsidR="00AE5757" w:rsidRPr="0042078B" w:rsidTr="0042078B">
        <w:tc>
          <w:tcPr>
            <w:tcW w:w="10881" w:type="dxa"/>
            <w:gridSpan w:val="3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☐ în format scris, prin poștă     ☐ în format digital, la adresa de e-mail indicată     ☐ ridicare de la sediul autorității</w:t>
            </w:r>
          </w:p>
        </w:tc>
      </w:tr>
      <w:tr w:rsidR="00AE5757" w:rsidRPr="0042078B" w:rsidTr="0042078B">
        <w:tc>
          <w:tcPr>
            <w:tcW w:w="3627" w:type="dxa"/>
            <w:shd w:val="clear" w:color="auto" w:fill="E7E7E7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b/>
                <w:sz w:val="20"/>
                <w:szCs w:val="20"/>
              </w:rPr>
              <w:t>7. DATA ȘI SEMNĂTURA</w:t>
            </w:r>
          </w:p>
        </w:tc>
        <w:tc>
          <w:tcPr>
            <w:tcW w:w="7254" w:type="dxa"/>
            <w:gridSpan w:val="2"/>
          </w:tcPr>
          <w:p w:rsidR="00AE5757" w:rsidRPr="0042078B" w:rsidRDefault="00AE5757">
            <w:pPr>
              <w:ind w:left="142"/>
              <w:rPr>
                <w:sz w:val="20"/>
                <w:szCs w:val="20"/>
              </w:rPr>
            </w:pPr>
          </w:p>
        </w:tc>
      </w:tr>
      <w:tr w:rsidR="00AE5757" w:rsidRPr="0042078B" w:rsidTr="0042078B">
        <w:trPr>
          <w:trHeight w:val="583"/>
        </w:trPr>
        <w:tc>
          <w:tcPr>
            <w:tcW w:w="3627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Data</w:t>
            </w:r>
          </w:p>
        </w:tc>
        <w:tc>
          <w:tcPr>
            <w:tcW w:w="3627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Solicitantul</w:t>
            </w:r>
          </w:p>
        </w:tc>
        <w:tc>
          <w:tcPr>
            <w:tcW w:w="3627" w:type="dxa"/>
            <w:vAlign w:val="center"/>
          </w:tcPr>
          <w:p w:rsidR="00AE5757" w:rsidRPr="0042078B" w:rsidRDefault="0042078B">
            <w:pPr>
              <w:spacing w:after="0"/>
              <w:ind w:left="142"/>
              <w:rPr>
                <w:sz w:val="20"/>
                <w:szCs w:val="20"/>
              </w:rPr>
            </w:pPr>
            <w:r w:rsidRPr="0042078B">
              <w:rPr>
                <w:sz w:val="20"/>
                <w:szCs w:val="20"/>
              </w:rPr>
              <w:t>Semnătura</w:t>
            </w:r>
          </w:p>
        </w:tc>
      </w:tr>
    </w:tbl>
    <w:p w:rsidR="00AE5757" w:rsidRPr="0042078B" w:rsidRDefault="0042078B">
      <w:pPr>
        <w:spacing w:before="40"/>
        <w:ind w:left="142"/>
        <w:rPr>
          <w:szCs w:val="16"/>
        </w:rPr>
      </w:pPr>
      <w:r w:rsidRPr="0042078B">
        <w:rPr>
          <w:szCs w:val="16"/>
        </w:rPr>
        <w:t xml:space="preserve">F_CU_02 · </w:t>
      </w:r>
      <w:proofErr w:type="spellStart"/>
      <w:r w:rsidRPr="0042078B">
        <w:rPr>
          <w:szCs w:val="16"/>
        </w:rPr>
        <w:t>versiunea</w:t>
      </w:r>
      <w:proofErr w:type="spellEnd"/>
      <w:r w:rsidRPr="0042078B">
        <w:rPr>
          <w:szCs w:val="16"/>
        </w:rPr>
        <w:t xml:space="preserve"> 1.0                              </w:t>
      </w:r>
      <w:proofErr w:type="spellStart"/>
      <w:r w:rsidRPr="0042078B">
        <w:rPr>
          <w:szCs w:val="16"/>
        </w:rPr>
        <w:t>pagina</w:t>
      </w:r>
      <w:proofErr w:type="spellEnd"/>
      <w:r w:rsidRPr="0042078B">
        <w:rPr>
          <w:szCs w:val="16"/>
        </w:rPr>
        <w:t xml:space="preserve"> 1 din 1</w:t>
      </w:r>
    </w:p>
    <w:sectPr w:rsidR="00AE5757" w:rsidRPr="0042078B" w:rsidSect="00494290">
      <w:pgSz w:w="12240" w:h="15840"/>
      <w:pgMar w:top="567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enguiat Bk BT">
    <w:altName w:val="Bookman Old Style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oNotDisplayPageBoundaries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078B"/>
    <w:rsid w:val="00494290"/>
    <w:rsid w:val="007A7B2E"/>
    <w:rsid w:val="00A5276A"/>
    <w:rsid w:val="00AA1D8D"/>
    <w:rsid w:val="00AE575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  <w15:docId w15:val="{D6A6F23E-7129-42EE-9588-67796B89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0C6247-8736-4ABD-9C8E-A4981F5F9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381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2590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Tota Attila Nagy</cp:lastModifiedBy>
  <cp:revision>4</cp:revision>
  <dcterms:created xsi:type="dcterms:W3CDTF">2026-09-07T06:19:00Z</dcterms:created>
  <dcterms:modified xsi:type="dcterms:W3CDTF">2026-09-09T05:24:00Z</dcterms:modified>
  <cp:category/>
</cp:coreProperties>
</file>